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גם לי יש סיפור – דף תרגול לתכנון סיפור וקומיקס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לפני משימת הסיכום "גם לי יש סיפור": תרגול הר הסיפור, דמות דינמית, אמצעים אומנותיים ומעבר מסיפור לקומיקס (משבצות, בועות דיבור ומחשבה, שורת מספר). בסוף הדף התלמידים והתלמידות מתכננים את הסיפור שלהם.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מופיע בבועת מחשבה בקומיקס?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מה שהדמות חושבת ולא אומרת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כותבים בקומיקס "שורת מספר" קצרה (למשל: "למחרת בבוקר...")?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בראש המשבצת, מחוץ לבועות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מתאים לנקודת מפנה בסיפור על ילד שחוסך כסף?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יום אחד דני רואה חבר שזקוק לעזרה, ומחליט לתת לו חלק מהחיסכון.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 היא דמות שמשתנה במהלך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בבועת דיבור כדאי לכתוב פסקה ארוכה, כדי שהקוראים יבינו הכול.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בועות צריכות להיות קצרות וברורות – משפט אחד או שניים.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לראות שינוי בדמות כדאי להשוות בין המשבצת הראשונה לאחרונה.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בשלב ה____ מכירים את הדמות: מי היא, איפה ומתי.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העבודה על המשימה לפי הסדר (1–6).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ב → ו → ד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המשבצות של סיפור קצר מקורי לפי הר הסיפור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ג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המשפטים: בועת דיבור, בועת מחשבה, או שורת 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בועת דיבור: "את רוצה לשחק איתנו?"، "די! אני לא מוותר!" | בועת מחשבה: אולי הם בכלל לא רוצים אותי...، מה יקרה אם אשבור את הקופה? | שורת מספר: למחרת בבוקר...، שבוע אחר כך, בחצר בית הספר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האומנותי לבין משפט שאפשר לשלב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במשפט אחד את רעיון הסיפור שלכם: מי? מה הבעיה (ההחלטה הקשה)? מה בחרתם?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שכולל דמות, החלטה קשה (לחסוך או לבזבז, לוותר או להתעקש, לספר או לשתוק) ואת הבחירה.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הדמות שלכם דינמית: מה היא מרגישה או חושבת בהתחלה, ומה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 וסוף שונים בבירור, וסיבה הגיונית לשינוי (מה שקרה בנקודת המפנה).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הר הסיפור שלכם – משפט אחד לכל תחנה (אקספוזיציה, סיבוך, נקודת מפנה, שיא, התרה) – ולצד כל תחנה כתבו בועה אחת (דיבור או מחשבה) שתופיע במשבצת שלה. שלבו לפחות דימוי אחד או האנשה אחת (7–9 שורות).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 תחנות בסדר נכון; לכל תחנה בועה קצרה ומתאימה (דיבור או מחשבה); דמות דינמית – שינוי נראה בין ההתחלה לסוף; לפחות אמצעי אומנותי אחד מסומן; התכנון מוכן להפוך ל־6–8 משבצות.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בבועת דיבור – מה שהדמות אומרת בקול; בבועת מחשבה – מה שהיא חושבת ולא אומרת. 2. תשובה אישית (בדרך כלל אחת המשבצות האחרונות).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 על מאיה והקופה הוא דוגמה מקורית לדף (לא הסיפור שנלמד בכיתה).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"גם לי יש סיפור – דף תרגול לתכנון סיפור וקומיקס"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🗯️ גם לי יש סיפור – דף תרגול לתכנון סיפור וקומיקס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לסיפור ולקומיקס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מופיע בבועת מחשבה בקומיקס?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מה שהדמות אומרת בקול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מה שהדמות חושבת ולא אומרת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לצייר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כותבים בקומיקס "שורת מספר" קצרה (למשל: "למחרת בבוקר...")?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בתוך בועת דיבור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בראש המשבצת, מחוץ לבועות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מתחת לכותרת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כותבים אותה אף פעם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מתאים לנקודת מפנה בסיפור על ילד שחוסך כסף?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דני גר בשכונה שקטה עם סבתו.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יום אחד דני רואה חבר שזקוק לעזרה, ומחליט לתת לו חלק מהחיסכון.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דני אוהב גלידה.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הסוף.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דמות דינמית היא דמות שמשתנה במהלך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בבועת דיבור כדאי לכתוב פסקה ארוכה, כדי שהקוראים יבינו הכול.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כדי לראות שינוי בדמות כדאי להשוות בין המשבצת הראשונה לאחרונה.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בשלב ה_______________ מכירים את הדמות: מי היא, איפה ומתי.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שלבי העבודה על המשימה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ליטוש: בודקים שיא, בועות וכותרת, ומקבלים משוב מחבר/ה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 הסיפור: משפט לכל אחת מחמש התחנות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הצגה: תולים בתערוכה ומספרים מה הדמות למדה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מסיפור לקומיקס: מחלקים ל־6–8 משבצות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רעיון: בוחרים רגע של החלטה קשה ורושמים מי, מה הבעיה ומה בחרתם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כתיבת הסיפור: 150–250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המשבצות של סיפור קצר מקורי לפי הר הסיפור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רצה עם הכסף אל המרפאה, רגע לפני שהיא נסגרת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הכלב מחלים, והשכנה מלמדת את מאיה לתקן אופניים ישנים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מאיה מחליטה לשבור את הקופה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מאיה חוסכת כל שבוע מטבע בקופה לקניית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הקופה כמעט מלאה – והכלב של השכנה נפצע וצריך טיפול יקר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את המשפטים: בועת דיבור, בועת מחשבה, או שורת מספר?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"די! אני לא מוותר!"   ·   מה יקרה אם אשבור את הקופה?   ·   "את רוצה לשחק איתנו?"   ·   אולי הם בכלל לא רוצים אותי...   ·   שבוע אחר כך, בחצר בית הספר   ·   למחרת בבוקר...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בועת דיבור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בועת מחשבה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שורת 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האמצעי האומנותי לבין משפט שאפשר לשלב בסיפור.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בחוץ כולם צחקו, ואני ישבתי לבד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הלב שלי דפק כמו תוף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הקופה הסתכלה עליי מהמדף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הסיפור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ההנחיות. אפשר להשתמש בפתיחות: "פעם אחת…", "אבל אז…", "בסוף…".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במשפט אחד את רעיון הסיפור שלכם: מי? מה הבעיה (ההחלטה הקשה)? מה בחרתם?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הדמות שלכם דינמית: מה היא מרגישה או חושבת בהתחלה, ומה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את הר הסיפור שלכם – משפט אחד לכל תחנה (אקספוזיציה, סיבוך, נקודת מפנה, שיא, התרה) – ולצד כל תחנה כתבו בועה אחת (דיבור או מחשבה) שתופיע במשבצת שלה. שלבו לפחות דימוי אחד או האנשה אחת (7–9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בועת דיבור לבועת מחשבה?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באיזו משבצת בקומיקס שלכם יהיה השיא?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גם לי יש סיפור – דף תרגול לתכנון סיפור וקומיקס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