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גם לי יש סיפור – דף תרגול לתכנון סיפור וקומיקס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לפני משימת הסיכום "גם לי יש סיפור": תרגול הר הסיפור, דמות דינמית, אמצעים אומנותיים ומעבר מסיפור לקומיקס (משבצות, בועות דיבור ומחשבה, שורת מספר). בסוף הדף התלמידים והתלמידות מתכננים את הסיפור שלהם.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כותבים בבועת מחשבה?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מה שהדמות חושבת ולא אומרת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כותבים את המשפט של המספר?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בראש המשבצת, מחוץ לבועות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איזה משפט מתאים לנקודת מפנה בסיפור על ילד שחוסך כסף?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יום אחד דני רואה חבר שזקוק לעזרה, ומחליט לתת לו חלק מהחיסכון.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דינמית משתנה.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בבועת דיבור כדאי לכתוב פסקה ארוכה, כדי שהקוראים יבינו הכול.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בועות צריכות להיות קצרות וברורות – משפט אחד או שניים.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כדי לראות שינוי בדמות כדאי להשוות בין המשבצת הראשונה לאחרונה.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בהתחלה מכירים את הדמות. השלב נקרא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אקספוזיציה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שלבי המשימה מ־1 עד 6.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א → ה → ב → ו → ד → 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הסיפור על מאיה מ־1 עד 5.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א → ה → ב → ג → 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האמצעי האומנותי לבין משפט שאפשר לשלב בסיפור.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1–א, 2–ב, 3–ג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משפט אחד: מי? מה הבעיה? מה בחרתם?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אחד שכולל דמות, החלטה קשה (לחסוך או לבזבז, לוותר או להתעקש, לספר או לשתוק) ואת הבחירה.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5 משפטים – אחד לכל שלב בסיפור – ובועה אחת לכל שלב.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חמש תחנות בסדר נכון; לכל תחנה בועה קצרה ומתאימה (דיבור או מחשבה); דמות דינמית – שינוי נראה בין ההתחלה לסוף; לפחות אמצעי אומנותי אחד מסומן; התכנון מוכן להפוך ל־6–8 משבצות.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בבועת דיבור – מה שהדמות אומרת בקול; בבועת מחשבה – מה שהיא חושבת ולא אומרת. 2. תשובה אישית (בדרך כלל אחת המשבצות האחרונות). 3. תשובה אישית.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הסיפור על מאיה והקופה הוא דוגמה מקורית לדף (לא הסיפור שנלמד בכיתה).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"גם לי יש סיפור – דף תרגול לתכנון סיפור וקומיקס"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🗯️ גם לי יש סיפור – דף תרגול לתכנון סיפור וקומיקס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עלילה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רצף האירועים בסיפור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plot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אקספוזיציה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פתיחת הסיפור: מי, איפה ומתי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exposition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סיבוך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הבעיה שמתחילה את המתח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complication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מפנה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רגע שבו הכיוון של הסיפור משתנה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turning point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רגע המתח הגדול ביותר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climax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הסוף: איך הבעיה נפתרת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resolution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דינמית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 שמשתנה במהלך הסיפור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dynamic 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קומיקס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בציורים במשבצות, עם בועות דיבור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comic strip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בועת דיבור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עיגול עם חץ – מה שהדמות אומרת בקול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speech bubble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בועת מחשבה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ענן קטן – מה שהדמות חושבת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thought bubble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מושגים לסיפור ולקומיקס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תשובה אחת. כתבו נכון או לא נכון.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אקספוזיציה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כותבים בבועת מחשבה?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מה שהדמות אומרת בקול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מה שהדמות חושבת ולא אומרת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שם הסיפור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הוראות לצייר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איפה כותבים את המשפט של המספר?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בתוך בועת דיבור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בראש המשבצת, מחוץ לבועות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מתחת לכותרת בלבד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לא כותבים אותה אף פעם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איזה משפט מתאים לנקודת מפנה בסיפור על ילד שחוסך כסף?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דני גר בשכונה שקטה עם סבתו.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יום אחד דני רואה חבר שזקוק לעזרה, ומחליט לתת לו חלק מהחיסכון.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דני אוהב גלידה.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הסוף.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דמות דינמית משתנה.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בבועת דיבור כדאי לכתוב פסקה ארוכה, כדי שהקוראים יבינו הכול.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כדי לראות שינוי בדמות כדאי להשוות בין המשבצת הראשונה לאחרונה.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בהתחלה מכירים את הדמות. השלב נקרא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מתכננים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 לפי מספרים. חברו קו.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סדרו את שלבי המשימה מ־1 עד 6.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רעיון: בוחרים רגע של החלטה קשה ורושמים מי, מה הבעיה ומה בחרתם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כתיבת הסיפור: 150–250 מילים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הצגה: תולים בתערוכה ומספרים מה הדמות למדה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ליטוש: בודקים שיא, בועות וכותרת, ומקבלים משוב מחבר/ה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 הסיפור: משפט לכל אחת מחמש התחנות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מסיפור לקומיקס: מחלקים ל־6–8 משבצות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סדרו את הסיפור על מאיה מ־1 עד 5.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מאיה חוסכת כל שבוע מטבע בקופה לקניית אופניים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מאיה מחליטה לשבור את הקופה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היא רצה עם הכסף אל המרפאה, רגע לפני שהיא נסגרת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הכלב מחלים, והשכנה מלמדת את מאיה לתקן אופניים ישנים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הקופה כמעט מלאה – והכלב של השכנה נפצע וצריך טיפול יקר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התאימו בין האמצעי האומנותי לבין משפט שאפשר לשלב בסיפור.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הלב שלי דפק כמו תוף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האנשה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הקופה הסתכלה עליי מהמדף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בחוץ כולם צחקו, ואני ישבתי לבד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הסיפור שלי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לפי ההוראות. אפשר להתחיל ב"פעם אחת…".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משפט אחד: מי? מה הבעיה? מה בחרתם?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כתבו 5 משפטים – אחד לכל שלב בסיפור – ובועה אחת לכל שלב.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בועת דיבור לבועת מחשבה?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באיזו משבצת בקומיקס שלכם יהיה השיא?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גם לי יש סיפור – דף תרגול לתכנון סיפור וקומיקס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