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גם לי יש סיפור – דף תרגול לתכנון סיפור וקומיקס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לפני משימת הסיכום "גם לי יש סיפור": תרגול הר הסיפור, דמות דינמית, אמצעים אומנותיים ומעבר מסיפור לקומיקס (משבצות, בועות דיבור ומחשבה, שורת מספר). בסוף הדף התלמידים והתלמידות מתכננים את הסיפור שלהם.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מופיע בבועת מחשבה בקומיקס?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מה שהדמות חושבת ולא אומרת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כותבים בקומיקס "שורת מספר" קצרה (למשל: "למחרת בבוקר...")?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בראש המשבצת, מחוץ לבועות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בשלב ה____ מכירים את הדמות: מי היא, איפה ומתי.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אקספוזיציה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שלבי העבודה על המשימה לפי הסדר (1–6).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ד → א → ג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המשבצות של סיפור קצר מקורי לפי הר הסיפור (1–5).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ג → ד → ה → 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במשפט אחד את רעיון הסיפור שלכם: מי? מה הבעיה (ההחלטה הקשה)? מה בחרתם?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אחד שכולל דמות, החלטה קשה (לחסוך או לבזבז, לוותר או להתעקש, לספר או לשתוק) ואת הבחירה.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הר הסיפור שלכם – משפט אחד לכל תחנה (אקספוזיציה, סיבוך, נקודת מפנה, שיא, התרה) – ולצד כל תחנה כתבו בועה אחת (דיבור או מחשבה) שתופיע במשבצת שלה. שלבו לפחות דימוי אחד או האנשה אחת (7–9 שורות).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חמש תחנות בסדר נכון; לכל תחנה בועה קצרה ומתאימה (דיבור או מחשבה); דמות דינמית – שינוי נראה בין ההתחלה לסוף; לפחות אמצעי אומנותי אחד מסומן; התכנון מוכן להפוך ל־6–8 משבצות.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בבועת דיבור – מה שהדמות אומרת בקול; בבועת מחשבה – מה שהיא חושבת ולא אומרת. 2. תשובה אישית (בדרך כלל אחת המשבצות האחרונות). 3. תשובה אישית.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 על מאיה והקופה הוא דוגמה מקורית לדף (לא הסיפור שנלמד בכיתה).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"גם לי יש סיפור – דף תרגול לתכנון סיפור וקומיקס"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🗯️ גם לי יש סיפור – דף תרגול לתכנון סיפור וקומיקס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מושגים לסיפור ולקומיקס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אקספוזיציה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מה מופיע בבועת מחשבה בקומיקס?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מה שהדמות אומרת בקול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מה שהדמות חושבת ולא אומרת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שם הסיפור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איפה כותבים בקומיקס "שורת מספר" קצרה (למשל: "למחרת בבוקר...")?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בתוך בועת דיבור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בראש המשבצת, מחוץ לבועות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מתחת לכותרת בלבד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בשלב ה_______________ מכירים את הדמות: מי היא, איפה ומתי.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מתכננים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סדרו לפי מספרים. חברו קו.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סדרו את שלבי העבודה על המשימה לפי הסדר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כתיבת הסיפור: 150–250 מילים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ליטוש: בודקים שיא, בועות וכותרת, ומקבלים משוב מחבר/ה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מסיפור לקומיקס: מחלקים ל־6–8 משבצות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הר הסיפור: משפט לכל אחת מחמש התחנות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רעיון: בוחרים רגע של החלטה קשה ורושמים מי, מה הבעיה ומה בחרתם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סדרו את המשבצות של סיפור קצר מקורי לפי הר הסיפור (1–5).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הכלב מחלים, והשכנה מלמדת את מאיה לתקן אופניים ישנים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מאיה חוסכת כל שבוע מטבע בקופה לקניית אופניים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הקופה כמעט מלאה – והכלב של השכנה נפצע וצריך טיפול יקר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מאיה מחליטה לשבור את הקופה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היא רצה עם הכסף אל המרפאה, רגע לפני שהיא נסגרת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הסיפור שלי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לפי ההוראות. אפשר להתחיל ב"פעם אחת…".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כתבו במשפט אחד את רעיון הסיפור שלכם: מי? מה הבעיה (ההחלטה הקשה)? מה בחרתם?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כתבו את הר הסיפור שלכם – משפט אחד לכל תחנה (אקספוזיציה, סיבוך, נקודת מפנה, שיא, התרה) – ולצד כל תחנה כתבו בועה אחת (דיבור או מחשבה) שתופיע במשבצת שלה. שלבו לפחות דימוי אחד או האנשה אחת (7–9 שורות).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 ההבדל בין בועת דיבור לבועת מחשבה?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באיזו משבצת בקומיקס שלכם יהיה השיא?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גם לי יש סיפור – דף תרגול לתכנון סיפור וקומיקס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